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65C7E" w14:textId="17CDC415" w:rsidR="00D456A5" w:rsidRPr="00D456A5" w:rsidRDefault="00D456A5" w:rsidP="00D456A5">
      <w:pPr>
        <w:widowControl w:val="0"/>
        <w:autoSpaceDE w:val="0"/>
        <w:autoSpaceDN w:val="0"/>
        <w:spacing w:before="80" w:after="0" w:line="328" w:lineRule="auto"/>
        <w:ind w:left="6769" w:right="277"/>
        <w:rPr>
          <w:rFonts w:eastAsia="Arial" w:cs="Arial"/>
          <w:sz w:val="20"/>
          <w:szCs w:val="20"/>
          <w:lang w:val="it-IT"/>
        </w:rPr>
      </w:pPr>
      <w:r w:rsidRPr="00D456A5">
        <w:rPr>
          <w:rFonts w:eastAsia="Arial" w:cs="Arial"/>
          <w:color w:val="1C1A21"/>
          <w:spacing w:val="-2"/>
          <w:sz w:val="20"/>
          <w:szCs w:val="20"/>
          <w:lang w:val="it-IT"/>
        </w:rPr>
        <w:t>Al</w:t>
      </w:r>
      <w:r w:rsidRPr="00D456A5">
        <w:rPr>
          <w:rFonts w:eastAsia="Arial" w:cs="Arial"/>
          <w:color w:val="1C1A21"/>
          <w:spacing w:val="-11"/>
          <w:sz w:val="20"/>
          <w:szCs w:val="20"/>
          <w:lang w:val="it-IT"/>
        </w:rPr>
        <w:t xml:space="preserve"> </w:t>
      </w:r>
      <w:r w:rsidRPr="00D456A5">
        <w:rPr>
          <w:rFonts w:eastAsia="Arial" w:cs="Arial"/>
          <w:color w:val="1C1A21"/>
          <w:spacing w:val="-2"/>
          <w:sz w:val="20"/>
          <w:szCs w:val="20"/>
          <w:lang w:val="it-IT"/>
        </w:rPr>
        <w:t>Responsabile</w:t>
      </w:r>
      <w:r>
        <w:rPr>
          <w:rFonts w:eastAsia="Arial" w:cs="Arial"/>
          <w:color w:val="1C1A21"/>
          <w:spacing w:val="-2"/>
          <w:sz w:val="20"/>
          <w:szCs w:val="20"/>
          <w:lang w:val="it-IT"/>
        </w:rPr>
        <w:t xml:space="preserve"> </w:t>
      </w:r>
      <w:r w:rsidRPr="00D456A5">
        <w:rPr>
          <w:rFonts w:eastAsia="Arial" w:cs="Arial"/>
          <w:color w:val="1C1A21"/>
          <w:spacing w:val="-2"/>
          <w:sz w:val="20"/>
          <w:szCs w:val="20"/>
          <w:lang w:val="it-IT"/>
        </w:rPr>
        <w:t>del</w:t>
      </w:r>
      <w:r w:rsidRPr="00D456A5">
        <w:rPr>
          <w:rFonts w:eastAsia="Arial" w:cs="Arial"/>
          <w:color w:val="1C1A21"/>
          <w:spacing w:val="-11"/>
          <w:sz w:val="20"/>
          <w:szCs w:val="20"/>
          <w:lang w:val="it-IT"/>
        </w:rPr>
        <w:t xml:space="preserve"> </w:t>
      </w:r>
      <w:r w:rsidRPr="00D456A5">
        <w:rPr>
          <w:rFonts w:eastAsia="Arial" w:cs="Arial"/>
          <w:color w:val="1C1A21"/>
          <w:spacing w:val="-2"/>
          <w:sz w:val="20"/>
          <w:szCs w:val="20"/>
          <w:lang w:val="it-IT"/>
        </w:rPr>
        <w:t>Servizio Socio-Culturale</w:t>
      </w:r>
      <w:r w:rsidRPr="00D456A5">
        <w:rPr>
          <w:rFonts w:eastAsia="Arial" w:cs="Arial"/>
          <w:color w:val="1C1A21"/>
          <w:spacing w:val="-11"/>
          <w:sz w:val="20"/>
          <w:szCs w:val="20"/>
          <w:lang w:val="it-IT"/>
        </w:rPr>
        <w:t xml:space="preserve"> </w:t>
      </w:r>
      <w:r w:rsidRPr="00D456A5">
        <w:rPr>
          <w:rFonts w:eastAsia="Arial" w:cs="Arial"/>
          <w:color w:val="1C1A21"/>
          <w:spacing w:val="-2"/>
          <w:sz w:val="20"/>
          <w:szCs w:val="20"/>
          <w:lang w:val="it-IT"/>
        </w:rPr>
        <w:t>e</w:t>
      </w:r>
      <w:r w:rsidRPr="00D456A5">
        <w:rPr>
          <w:rFonts w:eastAsia="Arial" w:cs="Arial"/>
          <w:color w:val="1C1A21"/>
          <w:spacing w:val="-12"/>
          <w:sz w:val="20"/>
          <w:szCs w:val="20"/>
          <w:lang w:val="it-IT"/>
        </w:rPr>
        <w:t xml:space="preserve"> </w:t>
      </w:r>
      <w:r w:rsidRPr="00D456A5">
        <w:rPr>
          <w:rFonts w:eastAsia="Arial" w:cs="Arial"/>
          <w:color w:val="1C1A21"/>
          <w:spacing w:val="-2"/>
          <w:sz w:val="20"/>
          <w:szCs w:val="20"/>
          <w:lang w:val="it-IT"/>
        </w:rPr>
        <w:t>Servizi</w:t>
      </w:r>
      <w:r w:rsidRPr="00D456A5">
        <w:rPr>
          <w:rFonts w:eastAsia="Arial" w:cs="Arial"/>
          <w:color w:val="1C1A21"/>
          <w:spacing w:val="12"/>
          <w:sz w:val="20"/>
          <w:szCs w:val="20"/>
          <w:lang w:val="it-IT"/>
        </w:rPr>
        <w:t xml:space="preserve"> </w:t>
      </w:r>
      <w:r w:rsidRPr="00D456A5">
        <w:rPr>
          <w:rFonts w:eastAsia="Arial" w:cs="Arial"/>
          <w:color w:val="1C1A21"/>
          <w:spacing w:val="-2"/>
          <w:sz w:val="20"/>
          <w:szCs w:val="20"/>
          <w:lang w:val="it-IT"/>
        </w:rPr>
        <w:t xml:space="preserve">alla Persona </w:t>
      </w:r>
      <w:r w:rsidRPr="00D456A5">
        <w:rPr>
          <w:rFonts w:eastAsia="Arial" w:cs="Arial"/>
          <w:color w:val="1C1A21"/>
          <w:sz w:val="20"/>
          <w:szCs w:val="20"/>
          <w:lang w:val="it-IT"/>
        </w:rPr>
        <w:t>Comune di Casamassima (</w:t>
      </w:r>
      <w:proofErr w:type="spellStart"/>
      <w:r w:rsidRPr="00D456A5">
        <w:rPr>
          <w:rFonts w:eastAsia="Arial" w:cs="Arial"/>
          <w:color w:val="1C1A21"/>
          <w:sz w:val="20"/>
          <w:szCs w:val="20"/>
          <w:lang w:val="it-IT"/>
        </w:rPr>
        <w:t>Ba</w:t>
      </w:r>
      <w:proofErr w:type="spellEnd"/>
      <w:r w:rsidRPr="00D456A5">
        <w:rPr>
          <w:rFonts w:eastAsia="Arial" w:cs="Arial"/>
          <w:color w:val="1C1A21"/>
          <w:sz w:val="20"/>
          <w:szCs w:val="20"/>
          <w:lang w:val="it-IT"/>
        </w:rPr>
        <w:t>)</w:t>
      </w:r>
    </w:p>
    <w:p w14:paraId="5F01D5DD" w14:textId="77777777" w:rsidR="00D456A5" w:rsidRDefault="00D456A5">
      <w:pPr>
        <w:spacing w:after="480"/>
        <w:rPr>
          <w:b/>
        </w:rPr>
      </w:pPr>
    </w:p>
    <w:p w14:paraId="0B0CF346" w14:textId="2114CD6E" w:rsidR="00B86DFD" w:rsidRDefault="00803B5A">
      <w:pPr>
        <w:spacing w:after="480"/>
      </w:pPr>
      <w:proofErr w:type="spellStart"/>
      <w:r>
        <w:rPr>
          <w:b/>
        </w:rPr>
        <w:t>Oggetto</w:t>
      </w:r>
      <w:proofErr w:type="spellEnd"/>
      <w:r>
        <w:rPr>
          <w:b/>
        </w:rPr>
        <w:t xml:space="preserve">: </w:t>
      </w:r>
      <w:proofErr w:type="spellStart"/>
      <w:r w:rsidR="00D456A5">
        <w:rPr>
          <w:b/>
        </w:rPr>
        <w:t>d</w:t>
      </w:r>
      <w:r>
        <w:rPr>
          <w:b/>
        </w:rPr>
        <w:t>omanda</w:t>
      </w:r>
      <w:proofErr w:type="spellEnd"/>
      <w:r>
        <w:rPr>
          <w:b/>
        </w:rPr>
        <w:t xml:space="preserve"> per </w:t>
      </w:r>
      <w:proofErr w:type="spellStart"/>
      <w:r>
        <w:rPr>
          <w:b/>
        </w:rPr>
        <w:t>l’assegnazione</w:t>
      </w:r>
      <w:proofErr w:type="spellEnd"/>
      <w:r>
        <w:rPr>
          <w:b/>
        </w:rPr>
        <w:t xml:space="preserve"> di n. 30 pasti gratuiti giornalieri (uno per ciascun alunno beneficiario) - A. S. 2026/2027</w:t>
      </w:r>
    </w:p>
    <w:p w14:paraId="0ADD71EA" w14:textId="117F38D1" w:rsidR="00B86DFD" w:rsidRDefault="00803B5A">
      <w:pPr>
        <w:spacing w:after="240" w:line="312" w:lineRule="auto"/>
      </w:pPr>
      <w:r>
        <w:t xml:space="preserve">Il/la </w:t>
      </w:r>
      <w:proofErr w:type="spellStart"/>
      <w:r>
        <w:t>sottoscritto</w:t>
      </w:r>
      <w:proofErr w:type="spellEnd"/>
      <w:r>
        <w:t>/a (</w:t>
      </w:r>
      <w:proofErr w:type="spellStart"/>
      <w:r>
        <w:t>genitore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ha </w:t>
      </w:r>
      <w:proofErr w:type="spellStart"/>
      <w:r>
        <w:t>prodotto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refezione</w:t>
      </w:r>
      <w:proofErr w:type="spellEnd"/>
      <w:r>
        <w:t xml:space="preserve"> </w:t>
      </w:r>
      <w:proofErr w:type="spellStart"/>
      <w:r>
        <w:t>scolastica</w:t>
      </w:r>
      <w:proofErr w:type="spellEnd"/>
      <w:r>
        <w:t>)</w:t>
      </w:r>
      <w:r w:rsidR="00D456A5">
        <w:t xml:space="preserve"> </w:t>
      </w:r>
      <w:r w:rsidR="00D456A5" w:rsidRPr="00D456A5">
        <w:rPr>
          <w:bCs/>
        </w:rPr>
        <w:t>____</w:t>
      </w:r>
      <w:r w:rsidR="00D456A5">
        <w:rPr>
          <w:bCs/>
        </w:rPr>
        <w:t xml:space="preserve">________ </w:t>
      </w:r>
      <w:r w:rsidR="00D456A5">
        <w:rPr>
          <w:b/>
        </w:rPr>
        <w:t xml:space="preserve"> </w:t>
      </w:r>
      <w:r>
        <w:rPr>
          <w:b/>
        </w:rPr>
        <w:br/>
      </w:r>
      <w:proofErr w:type="spellStart"/>
      <w:r>
        <w:t>nato</w:t>
      </w:r>
      <w:proofErr w:type="spellEnd"/>
      <w:r>
        <w:t>/a a ____________________________________ Prov. ______ il ____/____/_______</w:t>
      </w:r>
      <w:r w:rsidR="00D456A5">
        <w:t>__</w:t>
      </w:r>
      <w:r>
        <w:t xml:space="preserve"> </w:t>
      </w:r>
      <w:proofErr w:type="spellStart"/>
      <w:r>
        <w:t>Codice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r w:rsidRPr="00D456A5">
        <w:rPr>
          <w:bCs/>
        </w:rPr>
        <w:t>___________________________</w:t>
      </w:r>
      <w:r w:rsidR="00D456A5">
        <w:rPr>
          <w:bCs/>
        </w:rPr>
        <w:t>___________________________________</w:t>
      </w:r>
      <w:r w:rsidRPr="00D456A5">
        <w:rPr>
          <w:bCs/>
        </w:rPr>
        <w:br/>
      </w:r>
      <w:r>
        <w:t>Tel./Cell. ____________________________________ E-mail ______________</w:t>
      </w:r>
      <w:r w:rsidR="00D456A5">
        <w:t>___________</w:t>
      </w:r>
      <w:r>
        <w:br/>
        <w:t xml:space="preserve">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genitore</w:t>
      </w:r>
      <w:proofErr w:type="spellEnd"/>
      <w:r>
        <w:t>/</w:t>
      </w:r>
      <w:proofErr w:type="spellStart"/>
      <w:r>
        <w:t>tutore</w:t>
      </w:r>
      <w:proofErr w:type="spellEnd"/>
      <w:r w:rsidR="00D456A5">
        <w:t xml:space="preserve"> </w:t>
      </w:r>
      <w:proofErr w:type="spellStart"/>
      <w:r>
        <w:t>dell’alunno</w:t>
      </w:r>
      <w:proofErr w:type="spellEnd"/>
      <w:r>
        <w:t>/a_______________________________</w:t>
      </w:r>
      <w:proofErr w:type="spellStart"/>
      <w:r>
        <w:t>nato</w:t>
      </w:r>
      <w:proofErr w:type="spellEnd"/>
      <w:r>
        <w:t xml:space="preserve">/a </w:t>
      </w:r>
      <w:proofErr w:type="spellStart"/>
      <w:r>
        <w:t>a</w:t>
      </w:r>
      <w:r w:rsidR="00D456A5">
        <w:t>________________</w:t>
      </w:r>
      <w:r>
        <w:t>Prov</w:t>
      </w:r>
      <w:proofErr w:type="spellEnd"/>
      <w:r>
        <w:t xml:space="preserve">. ______ il ____/____/_______ frequentante nell'A.S. 2026/2027 la </w:t>
      </w:r>
      <w:proofErr w:type="spellStart"/>
      <w:r>
        <w:t>classe</w:t>
      </w:r>
      <w:proofErr w:type="spellEnd"/>
      <w:r>
        <w:t xml:space="preserve"> ___________ </w:t>
      </w:r>
      <w:proofErr w:type="spellStart"/>
      <w:r>
        <w:t>dell'Istituto</w:t>
      </w:r>
      <w:proofErr w:type="spellEnd"/>
      <w:r>
        <w:t xml:space="preserve"> Scolastico _______________________</w:t>
      </w:r>
      <w:r w:rsidR="00D456A5">
        <w:t>________________</w:t>
      </w:r>
    </w:p>
    <w:p w14:paraId="6C67DB4C" w14:textId="77777777" w:rsidR="00B86DFD" w:rsidRDefault="00803B5A">
      <w:pPr>
        <w:spacing w:before="240" w:after="240"/>
        <w:jc w:val="center"/>
      </w:pPr>
      <w:r>
        <w:rPr>
          <w:b/>
          <w:sz w:val="24"/>
        </w:rPr>
        <w:t>CHIEDE</w:t>
      </w:r>
    </w:p>
    <w:p w14:paraId="6754E2C6" w14:textId="77777777" w:rsidR="00B86DFD" w:rsidRDefault="00803B5A">
      <w:pPr>
        <w:spacing w:after="240"/>
      </w:pPr>
      <w:r>
        <w:t>di essere ammesso/a alla selezione per l’assegnazione di n. 30 pasti gratuiti giornalieri (uno per ciascun alunno beneficiario) secondo i criteri stabiliti dall’Amministrazione Comunale.</w:t>
      </w:r>
    </w:p>
    <w:p w14:paraId="3E8CC2FC" w14:textId="77777777" w:rsidR="00B86DFD" w:rsidRDefault="00803B5A" w:rsidP="00D456A5">
      <w:pPr>
        <w:spacing w:after="240"/>
        <w:jc w:val="both"/>
      </w:pPr>
      <w:r>
        <w:t>A tal fine, consapevole delle sanzioni penali previste in caso di dichiarazioni mendaci e formazione o uso di atti falsi, così come stabilito dall’art. 76 del D.P.R. 445/2000, e sotto la propria responsabilità</w:t>
      </w:r>
    </w:p>
    <w:p w14:paraId="39211D75" w14:textId="77777777" w:rsidR="00B86DFD" w:rsidRDefault="00803B5A">
      <w:pPr>
        <w:spacing w:after="240"/>
        <w:jc w:val="center"/>
      </w:pPr>
      <w:r>
        <w:rPr>
          <w:b/>
          <w:sz w:val="24"/>
        </w:rPr>
        <w:t>DICHIARA</w:t>
      </w:r>
    </w:p>
    <w:p w14:paraId="4673D829" w14:textId="77777777" w:rsidR="00B86DFD" w:rsidRDefault="00803B5A" w:rsidP="0039727A">
      <w:pPr>
        <w:pStyle w:val="Puntoelenco"/>
        <w:spacing w:after="80"/>
        <w:jc w:val="both"/>
      </w:pPr>
      <w:r>
        <w:t>di essere cittadino/a italiano/a o di uno Stato membro dell’Unione Europea o di essere in possesso di regolare permesso di soggiorno (allegare copia del permesso di soggiorno);</w:t>
      </w:r>
    </w:p>
    <w:p w14:paraId="653881BF" w14:textId="77777777" w:rsidR="00B86DFD" w:rsidRDefault="00803B5A" w:rsidP="0039727A">
      <w:pPr>
        <w:pStyle w:val="Puntoelenco"/>
        <w:spacing w:after="80"/>
        <w:jc w:val="both"/>
      </w:pPr>
      <w:r>
        <w:t>di essere residente nel Comune di Casamassima;</w:t>
      </w:r>
    </w:p>
    <w:p w14:paraId="43D668F5" w14:textId="47E808A4" w:rsidR="00B86DFD" w:rsidRDefault="00825888" w:rsidP="0039727A">
      <w:pPr>
        <w:pStyle w:val="Puntoelenco"/>
        <w:spacing w:after="80"/>
        <w:jc w:val="both"/>
      </w:pPr>
      <w:proofErr w:type="spellStart"/>
      <w:r>
        <w:t>che</w:t>
      </w:r>
      <w:proofErr w:type="spellEnd"/>
      <w:r w:rsidR="00803B5A">
        <w:t xml:space="preserve"> il proprio </w:t>
      </w:r>
      <w:proofErr w:type="spellStart"/>
      <w:r w:rsidR="00803B5A">
        <w:t>figlio</w:t>
      </w:r>
      <w:proofErr w:type="spellEnd"/>
      <w:r w:rsidR="00803B5A">
        <w:t>/a sopra indicato è regolarmente iscritto/a al servizio di refezione scolastica mediante il portale telematico "Telemoney";</w:t>
      </w:r>
    </w:p>
    <w:p w14:paraId="7ED07B13" w14:textId="77777777" w:rsidR="00B86DFD" w:rsidRDefault="00803B5A" w:rsidP="0039727A">
      <w:pPr>
        <w:pStyle w:val="Puntoelenco"/>
        <w:spacing w:after="80"/>
        <w:jc w:val="both"/>
      </w:pPr>
      <w:r>
        <w:t>di essere a conoscenza di tutte le disposizioni contenute nell’Avviso Pubblico per l’Assegnazione di Pasti scolastici Gratuiti e di accettarne tutte le condizioni;</w:t>
      </w:r>
    </w:p>
    <w:p w14:paraId="1F0E8D6D" w14:textId="77777777" w:rsidR="00B86DFD" w:rsidRDefault="00803B5A">
      <w:pPr>
        <w:spacing w:before="240" w:after="240"/>
      </w:pPr>
      <w:r>
        <w:rPr>
          <w:b/>
        </w:rPr>
        <w:t>Sotto la propria responsabilità, dichiara altresì il possesso dei seguenti requisiti ai fini del punteggio:</w:t>
      </w:r>
    </w:p>
    <w:p w14:paraId="0C545C74" w14:textId="77777777" w:rsidR="00B86DFD" w:rsidRDefault="00803B5A">
      <w:pPr>
        <w:spacing w:before="120" w:after="80"/>
      </w:pPr>
      <w:r>
        <w:rPr>
          <w:b/>
        </w:rPr>
        <w:t>1. VALORE ISEE IN CORSO DI VALIDITÀ (Soglia massima di accesso € 4.000,00)</w:t>
      </w:r>
    </w:p>
    <w:p w14:paraId="1B6B770E" w14:textId="77777777" w:rsidR="00B86DFD" w:rsidRDefault="00803B5A">
      <w:pPr>
        <w:spacing w:after="60"/>
        <w:ind w:left="360"/>
      </w:pPr>
      <w:r>
        <w:t>Attestazione ISEE pari a Euro ______________________ rientrante nella seguente fascia:</w:t>
      </w:r>
    </w:p>
    <w:p w14:paraId="04C30E4F" w14:textId="77777777" w:rsidR="00B86DFD" w:rsidRDefault="00803B5A">
      <w:pPr>
        <w:spacing w:after="60"/>
        <w:ind w:left="360"/>
      </w:pPr>
      <w:r>
        <w:lastRenderedPageBreak/>
        <w:t>☐ Da € 0,00 a € 1.000,00</w:t>
      </w:r>
    </w:p>
    <w:p w14:paraId="4A08A558" w14:textId="77777777" w:rsidR="00B86DFD" w:rsidRDefault="00803B5A">
      <w:pPr>
        <w:spacing w:after="60"/>
        <w:ind w:left="360"/>
      </w:pPr>
      <w:r>
        <w:t>☐ Da € 1.000,01 a € 2.000,00</w:t>
      </w:r>
    </w:p>
    <w:p w14:paraId="48BC0719" w14:textId="77777777" w:rsidR="00B86DFD" w:rsidRDefault="00803B5A">
      <w:pPr>
        <w:spacing w:after="60"/>
        <w:ind w:left="360"/>
      </w:pPr>
      <w:r>
        <w:t>☐ Da € 2.000,01 a € 3.000,00</w:t>
      </w:r>
    </w:p>
    <w:p w14:paraId="706913A9" w14:textId="77777777" w:rsidR="00B86DFD" w:rsidRDefault="00803B5A">
      <w:pPr>
        <w:spacing w:after="60"/>
        <w:ind w:left="360"/>
      </w:pPr>
      <w:r>
        <w:t>☐ Da € 3.000,01 a € 4.000,00</w:t>
      </w:r>
    </w:p>
    <w:p w14:paraId="0A242279" w14:textId="77777777" w:rsidR="00B86DFD" w:rsidRDefault="00803B5A">
      <w:pPr>
        <w:spacing w:before="120" w:after="80"/>
      </w:pPr>
      <w:r>
        <w:rPr>
          <w:b/>
        </w:rPr>
        <w:t>2. COMPOSIZIONE DEL NUCLEO FAMILIARE</w:t>
      </w:r>
    </w:p>
    <w:p w14:paraId="274B3AF9" w14:textId="77777777" w:rsidR="00B86DFD" w:rsidRDefault="00803B5A">
      <w:pPr>
        <w:spacing w:after="60"/>
        <w:ind w:left="360"/>
      </w:pPr>
      <w:r>
        <w:t>Il nucleo familiare complessivo è composto da n. ______ persone ed appartiene allo scaglione:</w:t>
      </w:r>
    </w:p>
    <w:p w14:paraId="0C223315" w14:textId="77777777" w:rsidR="00B86DFD" w:rsidRDefault="00803B5A">
      <w:pPr>
        <w:spacing w:after="60"/>
        <w:ind w:left="360"/>
      </w:pPr>
      <w:r>
        <w:t>☐ Fino a 2 componenti</w:t>
      </w:r>
    </w:p>
    <w:p w14:paraId="170E7131" w14:textId="77777777" w:rsidR="00B86DFD" w:rsidRDefault="00803B5A">
      <w:pPr>
        <w:spacing w:after="60"/>
        <w:ind w:left="360"/>
      </w:pPr>
      <w:r>
        <w:t>☐ Da 3 a 4 componenti</w:t>
      </w:r>
    </w:p>
    <w:p w14:paraId="20191FFF" w14:textId="77777777" w:rsidR="00B86DFD" w:rsidRDefault="00803B5A">
      <w:pPr>
        <w:spacing w:after="60"/>
        <w:ind w:left="360"/>
      </w:pPr>
      <w:r>
        <w:t>☐ Da 5 a 6 componenti</w:t>
      </w:r>
    </w:p>
    <w:p w14:paraId="7EED4024" w14:textId="77777777" w:rsidR="00B86DFD" w:rsidRDefault="00803B5A">
      <w:pPr>
        <w:spacing w:after="60"/>
        <w:ind w:left="360"/>
      </w:pPr>
      <w:r>
        <w:t>☐ 7 o più componenti</w:t>
      </w:r>
    </w:p>
    <w:p w14:paraId="6EC2A25B" w14:textId="77777777" w:rsidR="00B86DFD" w:rsidRDefault="00803B5A">
      <w:pPr>
        <w:spacing w:before="120" w:after="80"/>
      </w:pPr>
      <w:r>
        <w:rPr>
          <w:b/>
        </w:rPr>
        <w:t>3. FIGLI MINORENNI NEL NUCLEO FAMILIARE</w:t>
      </w:r>
    </w:p>
    <w:p w14:paraId="3BDB71DF" w14:textId="77777777" w:rsidR="00B86DFD" w:rsidRDefault="00803B5A">
      <w:pPr>
        <w:spacing w:after="60"/>
        <w:ind w:left="360"/>
      </w:pPr>
      <w:r>
        <w:t>Il numero di figli di età inferiore ai 18 anni presenti nel nucleo familiare è n. ______ ed appartiene allo scaglione:</w:t>
      </w:r>
    </w:p>
    <w:p w14:paraId="6CAC58BE" w14:textId="77777777" w:rsidR="00B86DFD" w:rsidRDefault="00803B5A">
      <w:pPr>
        <w:spacing w:after="60"/>
        <w:ind w:left="360"/>
      </w:pPr>
      <w:r>
        <w:t>☐ 1 figlio</w:t>
      </w:r>
    </w:p>
    <w:p w14:paraId="2AD55DF9" w14:textId="77777777" w:rsidR="00B86DFD" w:rsidRDefault="00803B5A">
      <w:pPr>
        <w:spacing w:after="60"/>
        <w:ind w:left="360"/>
      </w:pPr>
      <w:r>
        <w:t>☐ 2 figli</w:t>
      </w:r>
    </w:p>
    <w:p w14:paraId="5682D121" w14:textId="77777777" w:rsidR="00B86DFD" w:rsidRDefault="00803B5A">
      <w:pPr>
        <w:spacing w:after="60"/>
        <w:ind w:left="360"/>
      </w:pPr>
      <w:r>
        <w:t>☐ 3 figli</w:t>
      </w:r>
    </w:p>
    <w:p w14:paraId="739DB740" w14:textId="77777777" w:rsidR="00B86DFD" w:rsidRDefault="00803B5A">
      <w:pPr>
        <w:spacing w:after="60"/>
        <w:ind w:left="360"/>
      </w:pPr>
      <w:r>
        <w:t>☐ 4 o più figli</w:t>
      </w:r>
    </w:p>
    <w:p w14:paraId="048C1168" w14:textId="77777777" w:rsidR="00B86DFD" w:rsidRDefault="00803B5A">
      <w:pPr>
        <w:spacing w:before="120" w:after="80"/>
      </w:pPr>
      <w:r>
        <w:rPr>
          <w:b/>
        </w:rPr>
        <w:t>4. SITUAZIONE LAVORATIVA DEI GENITORI</w:t>
      </w:r>
    </w:p>
    <w:p w14:paraId="0C847FB4" w14:textId="77777777" w:rsidR="00B86DFD" w:rsidRDefault="00803B5A">
      <w:pPr>
        <w:spacing w:after="120"/>
        <w:ind w:left="360"/>
      </w:pPr>
      <w:r>
        <w:rPr>
          <w:b/>
        </w:rPr>
        <w:t xml:space="preserve">☐   NUCLEO MONOGENITORIALE </w:t>
      </w:r>
      <w:r>
        <w:t>(Presenza di un solo genitore all'interno del nucleo familiare / stato di famiglia)</w:t>
      </w:r>
    </w:p>
    <w:p w14:paraId="5223C35A" w14:textId="77777777" w:rsidR="00B86DFD" w:rsidRDefault="00803B5A">
      <w:pPr>
        <w:spacing w:after="120"/>
        <w:ind w:left="360"/>
      </w:pPr>
      <w:r>
        <w:rPr>
          <w:i/>
        </w:rPr>
        <w:t>Compilare le opzioni seguenti per i genitori presenti nel nucleo:</w:t>
      </w:r>
    </w:p>
    <w:p w14:paraId="410A3EEB" w14:textId="77777777" w:rsidR="00B86DFD" w:rsidRDefault="00803B5A">
      <w:pPr>
        <w:spacing w:before="80" w:after="60"/>
        <w:ind w:left="360"/>
      </w:pPr>
      <w:r>
        <w:rPr>
          <w:b/>
        </w:rPr>
        <w:t>PADRE:</w:t>
      </w:r>
    </w:p>
    <w:p w14:paraId="411C9470" w14:textId="4027E4FC" w:rsidR="00B86DFD" w:rsidRDefault="00803B5A">
      <w:pPr>
        <w:spacing w:after="60"/>
        <w:ind w:left="720"/>
      </w:pPr>
      <w:r>
        <w:t xml:space="preserve">☐ </w:t>
      </w:r>
      <w:proofErr w:type="spellStart"/>
      <w:r>
        <w:t>Occupato</w:t>
      </w:r>
      <w:proofErr w:type="spellEnd"/>
    </w:p>
    <w:p w14:paraId="00776914" w14:textId="1416890C" w:rsidR="00B86DFD" w:rsidRDefault="00803B5A">
      <w:pPr>
        <w:spacing w:after="60"/>
        <w:ind w:left="720"/>
      </w:pPr>
      <w:r>
        <w:t xml:space="preserve">☐ </w:t>
      </w:r>
      <w:proofErr w:type="spellStart"/>
      <w:r>
        <w:t>Disoccupato</w:t>
      </w:r>
      <w:proofErr w:type="spellEnd"/>
      <w:r>
        <w:t xml:space="preserve"> (</w:t>
      </w:r>
      <w:proofErr w:type="spellStart"/>
      <w:r>
        <w:t>Iscritto</w:t>
      </w:r>
      <w:proofErr w:type="spellEnd"/>
      <w:r>
        <w:t xml:space="preserve"> al Centro per l’impiego di _________________ dal ___/___/_____ - minimo 6 mesi)</w:t>
      </w:r>
    </w:p>
    <w:p w14:paraId="0006D652" w14:textId="77777777" w:rsidR="00B86DFD" w:rsidRDefault="00803B5A">
      <w:pPr>
        <w:spacing w:before="80" w:after="60"/>
        <w:ind w:left="360"/>
      </w:pPr>
      <w:r>
        <w:rPr>
          <w:b/>
        </w:rPr>
        <w:t>MADRE:</w:t>
      </w:r>
    </w:p>
    <w:p w14:paraId="2158C828" w14:textId="3607B894" w:rsidR="00B86DFD" w:rsidRDefault="00803B5A">
      <w:pPr>
        <w:spacing w:after="60"/>
        <w:ind w:left="720"/>
      </w:pPr>
      <w:r>
        <w:t xml:space="preserve">☐ </w:t>
      </w:r>
      <w:proofErr w:type="spellStart"/>
      <w:r>
        <w:t>Occupata</w:t>
      </w:r>
      <w:proofErr w:type="spellEnd"/>
    </w:p>
    <w:p w14:paraId="660366A1" w14:textId="30087CF7" w:rsidR="00B86DFD" w:rsidRDefault="00803B5A">
      <w:pPr>
        <w:spacing w:after="60"/>
        <w:ind w:left="720"/>
      </w:pPr>
      <w:r>
        <w:t xml:space="preserve">☐ </w:t>
      </w:r>
      <w:proofErr w:type="spellStart"/>
      <w:r>
        <w:t>Disoccupata</w:t>
      </w:r>
      <w:proofErr w:type="spellEnd"/>
      <w:r>
        <w:t xml:space="preserve"> (</w:t>
      </w:r>
      <w:proofErr w:type="spellStart"/>
      <w:r>
        <w:t>Iscritta</w:t>
      </w:r>
      <w:proofErr w:type="spellEnd"/>
      <w:r>
        <w:t xml:space="preserve"> al Centro per l’impiego di _________________ dal ___/___/_____ - minimo 6 mesi)</w:t>
      </w:r>
    </w:p>
    <w:p w14:paraId="7299458D" w14:textId="77777777" w:rsidR="004347CA" w:rsidRDefault="004347CA">
      <w:pPr>
        <w:spacing w:before="240" w:after="240"/>
        <w:jc w:val="center"/>
        <w:rPr>
          <w:b/>
          <w:sz w:val="24"/>
        </w:rPr>
      </w:pPr>
    </w:p>
    <w:p w14:paraId="2B8515C7" w14:textId="43C1885E" w:rsidR="00B86DFD" w:rsidRDefault="00803B5A">
      <w:pPr>
        <w:spacing w:before="240" w:after="240"/>
        <w:jc w:val="center"/>
      </w:pPr>
      <w:r>
        <w:rPr>
          <w:b/>
          <w:sz w:val="24"/>
        </w:rPr>
        <w:t>SI IMPEGNA</w:t>
      </w:r>
    </w:p>
    <w:p w14:paraId="2BA14903" w14:textId="619EBD20" w:rsidR="00B86DFD" w:rsidRDefault="00803B5A" w:rsidP="00825888">
      <w:pPr>
        <w:pStyle w:val="Puntoelenco"/>
        <w:spacing w:after="80"/>
        <w:jc w:val="both"/>
      </w:pPr>
      <w:r>
        <w:t xml:space="preserve">a comunicare tempestivamente al Comune di Casamassima ogni variazione relativa alla propria situazione economica, lavorativa, </w:t>
      </w:r>
      <w:proofErr w:type="spellStart"/>
      <w:r>
        <w:t>familiare</w:t>
      </w:r>
      <w:proofErr w:type="spellEnd"/>
      <w:r>
        <w:t xml:space="preserve"> o di </w:t>
      </w:r>
      <w:proofErr w:type="spellStart"/>
      <w:r>
        <w:t>residenza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possa</w:t>
      </w:r>
      <w:proofErr w:type="spellEnd"/>
      <w:r>
        <w:t xml:space="preserve"> </w:t>
      </w:r>
      <w:proofErr w:type="spellStart"/>
      <w:r>
        <w:t>influire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all’assegnazione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pasti</w:t>
      </w:r>
      <w:proofErr w:type="spellEnd"/>
      <w:r>
        <w:t xml:space="preserve"> </w:t>
      </w:r>
      <w:proofErr w:type="spellStart"/>
      <w:r>
        <w:t>gratuit</w:t>
      </w:r>
      <w:r w:rsidR="00825888">
        <w:t>i</w:t>
      </w:r>
      <w:proofErr w:type="spellEnd"/>
      <w:r>
        <w:t>;</w:t>
      </w:r>
    </w:p>
    <w:p w14:paraId="657ACA22" w14:textId="77777777" w:rsidR="00B86DFD" w:rsidRDefault="00803B5A" w:rsidP="00825888">
      <w:pPr>
        <w:pStyle w:val="Puntoelenco"/>
        <w:spacing w:after="80"/>
        <w:jc w:val="both"/>
      </w:pPr>
      <w:r>
        <w:lastRenderedPageBreak/>
        <w:t>a utilizzare i pasti assegnati per le finalità previste e in conformità alle modalità operative che verranno indicate dal Comune;</w:t>
      </w:r>
    </w:p>
    <w:p w14:paraId="32A97695" w14:textId="77777777" w:rsidR="00B86DFD" w:rsidRDefault="00803B5A" w:rsidP="00825888">
      <w:pPr>
        <w:pStyle w:val="Puntoelenco"/>
        <w:spacing w:after="80"/>
        <w:jc w:val="both"/>
      </w:pPr>
      <w:r>
        <w:t>a disattivare tempestivamente il servizio pasto tramite il portale telematico "Telemoney" nei giorni di assenza dell’alunno. L’accertata e reiterata mancata disattivazione del servizio pasto comporterà la revoca immediata del beneficio e l’avvio contestuale dello scorrimento delle graduatorie degli aventi diritto.</w:t>
      </w:r>
    </w:p>
    <w:p w14:paraId="2A37121D" w14:textId="77777777" w:rsidR="00B86DFD" w:rsidRDefault="00803B5A">
      <w:pPr>
        <w:spacing w:before="240" w:after="240"/>
        <w:jc w:val="center"/>
      </w:pPr>
      <w:r>
        <w:rPr>
          <w:b/>
          <w:sz w:val="24"/>
        </w:rPr>
        <w:t>AUTORIZZA</w:t>
      </w:r>
    </w:p>
    <w:p w14:paraId="1DBEB02A" w14:textId="77777777" w:rsidR="00B86DFD" w:rsidRDefault="00803B5A" w:rsidP="004347CA">
      <w:pPr>
        <w:spacing w:after="240"/>
        <w:jc w:val="both"/>
      </w:pPr>
      <w:r>
        <w:t>il Comune di Casamassima al trattamento dei dati personali contenuti nella presente domanda e negli allegati, ai sensi del Regolamento UE 2016/679 (GDPR) e del D.Lgs. 196/2003 e successive modifiche e integrazioni, per le finalità connesse all’espletamento della procedura di assegnazione dei pasti gratuiti e per l’erogazione del servizio stesso.</w:t>
      </w:r>
    </w:p>
    <w:p w14:paraId="3778F5A1" w14:textId="77777777" w:rsidR="00B86DFD" w:rsidRDefault="00803B5A">
      <w:pPr>
        <w:spacing w:before="240" w:after="120"/>
      </w:pPr>
      <w:r>
        <w:rPr>
          <w:b/>
        </w:rPr>
        <w:t>ALLEGA ALLA PRESENTE DOMANDA (pena l'esclusione):</w:t>
      </w:r>
    </w:p>
    <w:p w14:paraId="3673E812" w14:textId="77777777" w:rsidR="00B86DFD" w:rsidRDefault="00803B5A">
      <w:pPr>
        <w:pStyle w:val="Puntoelenco"/>
        <w:spacing w:after="80"/>
      </w:pPr>
      <w:r>
        <w:t>Copia fronte/retro di un documento di riconoscimento in corso di validità del genitore/tutore richiedente;</w:t>
      </w:r>
    </w:p>
    <w:p w14:paraId="179AD86D" w14:textId="77777777" w:rsidR="00B86DFD" w:rsidRDefault="00803B5A">
      <w:pPr>
        <w:pStyle w:val="Puntoelenco"/>
        <w:spacing w:after="80"/>
      </w:pPr>
      <w:r>
        <w:t>Copia dell’attestazione ISEE in corso di validità;</w:t>
      </w:r>
    </w:p>
    <w:p w14:paraId="2A6D97EE" w14:textId="77777777" w:rsidR="00B86DFD" w:rsidRDefault="00803B5A">
      <w:pPr>
        <w:pStyle w:val="Puntoelenco"/>
        <w:spacing w:after="80"/>
      </w:pPr>
      <w:r>
        <w:t>Copia del permesso di soggiorno in corso di validità (esclusivamente in caso di cittadini extra UE).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B86DFD" w14:paraId="6BBC26D0" w14:textId="77777777">
        <w:tc>
          <w:tcPr>
            <w:tcW w:w="4680" w:type="dxa"/>
          </w:tcPr>
          <w:p w14:paraId="496A4021" w14:textId="77777777" w:rsidR="00B86DFD" w:rsidRDefault="00803B5A">
            <w:r>
              <w:t>Luogo e Data</w:t>
            </w:r>
            <w:r>
              <w:br/>
            </w:r>
            <w:r>
              <w:br/>
              <w:t>_______________________________</w:t>
            </w:r>
          </w:p>
        </w:tc>
        <w:tc>
          <w:tcPr>
            <w:tcW w:w="4680" w:type="dxa"/>
          </w:tcPr>
          <w:p w14:paraId="0C2B1473" w14:textId="77777777" w:rsidR="00B86DFD" w:rsidRDefault="00803B5A">
            <w:pPr>
              <w:jc w:val="right"/>
            </w:pPr>
            <w:r>
              <w:t>Firma del genitore richiedente</w:t>
            </w:r>
            <w:r>
              <w:br/>
            </w:r>
            <w:r>
              <w:br/>
              <w:t>_______________________________</w:t>
            </w:r>
          </w:p>
        </w:tc>
      </w:tr>
    </w:tbl>
    <w:p w14:paraId="2C29EBC1" w14:textId="77777777" w:rsidR="00803B5A" w:rsidRDefault="00803B5A"/>
    <w:sectPr w:rsidR="00803B5A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3094598">
    <w:abstractNumId w:val="8"/>
  </w:num>
  <w:num w:numId="2" w16cid:durableId="1383407701">
    <w:abstractNumId w:val="6"/>
  </w:num>
  <w:num w:numId="3" w16cid:durableId="205215615">
    <w:abstractNumId w:val="5"/>
  </w:num>
  <w:num w:numId="4" w16cid:durableId="1303583781">
    <w:abstractNumId w:val="4"/>
  </w:num>
  <w:num w:numId="5" w16cid:durableId="1555968942">
    <w:abstractNumId w:val="7"/>
  </w:num>
  <w:num w:numId="6" w16cid:durableId="2065519979">
    <w:abstractNumId w:val="3"/>
  </w:num>
  <w:num w:numId="7" w16cid:durableId="552501183">
    <w:abstractNumId w:val="2"/>
  </w:num>
  <w:num w:numId="8" w16cid:durableId="821123583">
    <w:abstractNumId w:val="1"/>
  </w:num>
  <w:num w:numId="9" w16cid:durableId="1466310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02BC"/>
    <w:rsid w:val="001E3178"/>
    <w:rsid w:val="0029639D"/>
    <w:rsid w:val="00326F90"/>
    <w:rsid w:val="0039727A"/>
    <w:rsid w:val="00410BC3"/>
    <w:rsid w:val="004347CA"/>
    <w:rsid w:val="00803B5A"/>
    <w:rsid w:val="00825888"/>
    <w:rsid w:val="00AA1D8D"/>
    <w:rsid w:val="00B47730"/>
    <w:rsid w:val="00B86DFD"/>
    <w:rsid w:val="00CB0664"/>
    <w:rsid w:val="00D456A5"/>
    <w:rsid w:val="00DF61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FC0236"/>
  <w14:defaultImageDpi w14:val="300"/>
  <w15:docId w15:val="{5408BB65-883F-4964-8DBC-CDCB70A9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Nuzzi Mariangela</cp:lastModifiedBy>
  <cp:revision>2</cp:revision>
  <dcterms:created xsi:type="dcterms:W3CDTF">2026-08-20T16:59:00Z</dcterms:created>
  <dcterms:modified xsi:type="dcterms:W3CDTF">2026-08-20T16:59:00Z</dcterms:modified>
  <cp:category/>
</cp:coreProperties>
</file>